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D07E" w14:textId="0E5DEE18" w:rsidR="00CC2853" w:rsidRPr="00656DF9" w:rsidRDefault="00000000" w:rsidP="00F4436D">
      <w:pPr>
        <w:spacing w:after="0"/>
        <w:jc w:val="center"/>
        <w:rPr>
          <w:sz w:val="52"/>
          <w:szCs w:val="52"/>
        </w:rPr>
      </w:pPr>
      <w:r w:rsidRPr="00656DF9">
        <w:rPr>
          <w:b/>
          <w:sz w:val="52"/>
          <w:szCs w:val="52"/>
        </w:rPr>
        <w:t xml:space="preserve">WPŁATY ZA </w:t>
      </w:r>
      <w:r w:rsidR="00371132" w:rsidRPr="00656DF9">
        <w:rPr>
          <w:b/>
          <w:sz w:val="52"/>
          <w:szCs w:val="52"/>
        </w:rPr>
        <w:t>PAŹDZIERNIK</w:t>
      </w:r>
      <w:r w:rsidRPr="00656DF9">
        <w:rPr>
          <w:b/>
          <w:sz w:val="52"/>
          <w:szCs w:val="52"/>
        </w:rPr>
        <w:t xml:space="preserve"> 2026 r.</w:t>
      </w:r>
    </w:p>
    <w:p w14:paraId="24B011FF" w14:textId="299B4A7A" w:rsidR="00CC2853" w:rsidRPr="0091699E" w:rsidRDefault="0091699E">
      <w:pPr>
        <w:spacing w:after="0"/>
        <w:jc w:val="center"/>
        <w:rPr>
          <w:sz w:val="36"/>
          <w:szCs w:val="36"/>
          <w:lang w:val="it-IT"/>
        </w:rPr>
      </w:pPr>
      <w:r w:rsidRPr="0091699E">
        <w:rPr>
          <w:b/>
          <w:sz w:val="36"/>
          <w:szCs w:val="36"/>
          <w:lang w:val="it-IT"/>
        </w:rPr>
        <w:t>VITA COOK</w:t>
      </w:r>
      <w:r w:rsidR="00DF2575" w:rsidRPr="0091699E">
        <w:rPr>
          <w:b/>
          <w:sz w:val="36"/>
          <w:szCs w:val="36"/>
          <w:lang w:val="it-IT"/>
        </w:rPr>
        <w:br/>
      </w:r>
      <w:r w:rsidRPr="0091699E">
        <w:rPr>
          <w:sz w:val="24"/>
          <w:szCs w:val="24"/>
          <w:lang w:val="it-IT"/>
        </w:rPr>
        <w:t>vitacook.krakow@g</w:t>
      </w:r>
      <w:r>
        <w:rPr>
          <w:sz w:val="24"/>
          <w:szCs w:val="24"/>
          <w:lang w:val="it-IT"/>
        </w:rPr>
        <w:t>mail.com</w:t>
      </w:r>
    </w:p>
    <w:p w14:paraId="6F34E583" w14:textId="2F3E3CE3" w:rsidR="00371132" w:rsidRPr="00656DF9" w:rsidRDefault="00000000" w:rsidP="00371132">
      <w:pPr>
        <w:spacing w:after="110"/>
        <w:jc w:val="center"/>
        <w:rPr>
          <w:b/>
          <w:sz w:val="24"/>
          <w:szCs w:val="24"/>
          <w:lang w:val="it-IT"/>
        </w:rPr>
      </w:pPr>
      <w:r w:rsidRPr="00656DF9">
        <w:rPr>
          <w:sz w:val="24"/>
          <w:szCs w:val="24"/>
          <w:lang w:val="it-IT"/>
        </w:rPr>
        <w:t xml:space="preserve">tel. </w:t>
      </w:r>
      <w:r w:rsidR="0091699E" w:rsidRPr="0091699E">
        <w:rPr>
          <w:sz w:val="24"/>
          <w:szCs w:val="24"/>
          <w:lang w:val="it-IT"/>
        </w:rPr>
        <w:t>888 221 667</w:t>
      </w:r>
      <w:r w:rsidR="00371132" w:rsidRPr="00656DF9">
        <w:rPr>
          <w:sz w:val="24"/>
          <w:szCs w:val="24"/>
          <w:lang w:val="it-IT"/>
        </w:rPr>
        <w:br/>
      </w:r>
      <w:r w:rsidR="00371132" w:rsidRPr="00656DF9">
        <w:rPr>
          <w:sz w:val="24"/>
          <w:szCs w:val="24"/>
          <w:lang w:val="it-IT"/>
        </w:rPr>
        <w:br/>
      </w:r>
      <w:r w:rsidRPr="00656DF9">
        <w:rPr>
          <w:b/>
          <w:sz w:val="24"/>
          <w:szCs w:val="24"/>
          <w:lang w:val="it-IT"/>
        </w:rPr>
        <w:t xml:space="preserve">Portal Rodzica: </w:t>
      </w:r>
      <w:r w:rsidR="0091699E" w:rsidRPr="0091699E">
        <w:rPr>
          <w:b/>
          <w:sz w:val="24"/>
          <w:szCs w:val="24"/>
          <w:lang w:val="it-IT"/>
        </w:rPr>
        <w:t>https://krakowvitacook.loca.pl</w:t>
      </w:r>
      <w:r w:rsidR="00371132" w:rsidRPr="00656DF9">
        <w:rPr>
          <w:b/>
          <w:sz w:val="24"/>
          <w:szCs w:val="24"/>
          <w:lang w:val="it-IT"/>
        </w:rPr>
        <w:br/>
      </w:r>
    </w:p>
    <w:p w14:paraId="42DD8202" w14:textId="076B2600" w:rsidR="00371132" w:rsidRPr="00656DF9" w:rsidRDefault="00371132" w:rsidP="003711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it-IT"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30"/>
        <w:gridCol w:w="5230"/>
      </w:tblGrid>
      <w:tr w:rsidR="00DF2575" w:rsidRPr="00371132" w14:paraId="7E51E921" w14:textId="77777777" w:rsidTr="00F02714">
        <w:trPr>
          <w:trHeight w:val="161"/>
          <w:jc w:val="center"/>
        </w:trPr>
        <w:tc>
          <w:tcPr>
            <w:tcW w:w="523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48F31B21" w14:textId="2F51A91B" w:rsidR="00DF2575" w:rsidRPr="00371132" w:rsidRDefault="00DF2575" w:rsidP="00F02714">
            <w:pPr>
              <w:jc w:val="center"/>
              <w:rPr>
                <w:sz w:val="24"/>
                <w:szCs w:val="24"/>
              </w:rPr>
            </w:pPr>
            <w:r w:rsidRPr="004158A6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 xml:space="preserve">umer </w:t>
            </w:r>
            <w:r w:rsidRPr="004158A6">
              <w:rPr>
                <w:sz w:val="28"/>
                <w:szCs w:val="28"/>
              </w:rPr>
              <w:t xml:space="preserve">konta bankowego </w:t>
            </w:r>
            <w:r>
              <w:rPr>
                <w:sz w:val="28"/>
                <w:szCs w:val="28"/>
              </w:rPr>
              <w:t>(</w:t>
            </w:r>
            <w:r w:rsidR="0091699E">
              <w:rPr>
                <w:sz w:val="28"/>
                <w:szCs w:val="28"/>
              </w:rPr>
              <w:t>BOŚ Bank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523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3164AD1C" w14:textId="28DC70C0" w:rsidR="00DF2575" w:rsidRPr="00371132" w:rsidRDefault="0091699E" w:rsidP="00F02714">
            <w:pPr>
              <w:jc w:val="center"/>
              <w:rPr>
                <w:sz w:val="24"/>
                <w:szCs w:val="24"/>
              </w:rPr>
            </w:pPr>
            <w:r w:rsidRPr="0091699E">
              <w:rPr>
                <w:b/>
                <w:bCs/>
                <w:sz w:val="28"/>
                <w:szCs w:val="28"/>
              </w:rPr>
              <w:t>16 1540 1115 2044 9134 5886 0003</w:t>
            </w:r>
          </w:p>
        </w:tc>
      </w:tr>
    </w:tbl>
    <w:p w14:paraId="09711311" w14:textId="71AF3B91" w:rsidR="00CC2853" w:rsidRPr="007D7443" w:rsidRDefault="00CC2853" w:rsidP="00371132">
      <w:pPr>
        <w:spacing w:after="110"/>
      </w:pPr>
    </w:p>
    <w:p w14:paraId="51F528AC" w14:textId="19282CA6" w:rsidR="00CC2853" w:rsidRPr="00B14703" w:rsidRDefault="00000000">
      <w:pPr>
        <w:spacing w:after="30"/>
        <w:rPr>
          <w:sz w:val="28"/>
          <w:szCs w:val="28"/>
        </w:rPr>
      </w:pPr>
      <w:r w:rsidRPr="00B14703">
        <w:rPr>
          <w:b/>
          <w:sz w:val="28"/>
          <w:szCs w:val="28"/>
        </w:rPr>
        <w:t xml:space="preserve">TERMINY WPŁAT </w:t>
      </w:r>
    </w:p>
    <w:p w14:paraId="452642D9" w14:textId="77777777" w:rsidR="00CC2853" w:rsidRPr="007D7443" w:rsidRDefault="00000000">
      <w:pPr>
        <w:spacing w:after="50"/>
      </w:pPr>
      <w:r w:rsidRPr="007D7443">
        <w:rPr>
          <w:i/>
          <w:sz w:val="18"/>
        </w:rPr>
        <w:t>(przy wejściu do kuchni od strony parkingu)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30"/>
        <w:gridCol w:w="5230"/>
      </w:tblGrid>
      <w:tr w:rsidR="00CC2853" w:rsidRPr="007D7443" w14:paraId="2F5CC500" w14:textId="77777777" w:rsidTr="00B206D0">
        <w:trPr>
          <w:trHeight w:val="161"/>
          <w:jc w:val="center"/>
        </w:trPr>
        <w:tc>
          <w:tcPr>
            <w:tcW w:w="5230" w:type="dxa"/>
            <w:shd w:val="clear" w:color="auto" w:fill="E7E7E7"/>
          </w:tcPr>
          <w:p w14:paraId="67DF5C0A" w14:textId="77777777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b/>
                <w:sz w:val="24"/>
                <w:szCs w:val="24"/>
              </w:rPr>
              <w:t>Termin</w:t>
            </w:r>
          </w:p>
        </w:tc>
        <w:tc>
          <w:tcPr>
            <w:tcW w:w="5230" w:type="dxa"/>
            <w:shd w:val="clear" w:color="auto" w:fill="E7E7E7"/>
          </w:tcPr>
          <w:p w14:paraId="7EDAEA55" w14:textId="77777777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b/>
                <w:sz w:val="24"/>
                <w:szCs w:val="24"/>
              </w:rPr>
              <w:t>Godziny</w:t>
            </w:r>
          </w:p>
        </w:tc>
      </w:tr>
      <w:tr w:rsidR="00CC2853" w:rsidRPr="00371132" w14:paraId="13ADF2D0" w14:textId="77777777" w:rsidTr="00B206D0">
        <w:trPr>
          <w:trHeight w:val="161"/>
          <w:jc w:val="center"/>
        </w:trPr>
        <w:tc>
          <w:tcPr>
            <w:tcW w:w="523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14FE703D" w14:textId="4337BC9F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sz w:val="24"/>
                <w:szCs w:val="24"/>
              </w:rPr>
              <w:t>2</w:t>
            </w:r>
            <w:r w:rsidR="00371132" w:rsidRPr="00371132">
              <w:rPr>
                <w:sz w:val="24"/>
                <w:szCs w:val="24"/>
              </w:rPr>
              <w:t>5-30</w:t>
            </w:r>
            <w:r w:rsidRPr="00371132">
              <w:rPr>
                <w:sz w:val="24"/>
                <w:szCs w:val="24"/>
              </w:rPr>
              <w:t>.0</w:t>
            </w:r>
            <w:r w:rsidR="00371132" w:rsidRPr="00371132">
              <w:rPr>
                <w:sz w:val="24"/>
                <w:szCs w:val="24"/>
              </w:rPr>
              <w:t>9</w:t>
            </w:r>
            <w:r w:rsidRPr="00371132">
              <w:rPr>
                <w:sz w:val="24"/>
                <w:szCs w:val="24"/>
              </w:rPr>
              <w:t>.2026</w:t>
            </w:r>
          </w:p>
        </w:tc>
        <w:tc>
          <w:tcPr>
            <w:tcW w:w="5230" w:type="dxa"/>
            <w:tcMar>
              <w:top w:w="95" w:type="dxa"/>
              <w:left w:w="85" w:type="dxa"/>
              <w:bottom w:w="95" w:type="dxa"/>
              <w:right w:w="85" w:type="dxa"/>
            </w:tcMar>
            <w:vAlign w:val="center"/>
          </w:tcPr>
          <w:p w14:paraId="00248278" w14:textId="22A763B8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sz w:val="24"/>
                <w:szCs w:val="24"/>
              </w:rPr>
              <w:t>0</w:t>
            </w:r>
            <w:r w:rsidR="00DF2575">
              <w:rPr>
                <w:sz w:val="24"/>
                <w:szCs w:val="24"/>
              </w:rPr>
              <w:t>7</w:t>
            </w:r>
            <w:r w:rsidRPr="00371132">
              <w:rPr>
                <w:sz w:val="24"/>
                <w:szCs w:val="24"/>
              </w:rPr>
              <w:t>:00-14:00</w:t>
            </w:r>
          </w:p>
        </w:tc>
      </w:tr>
    </w:tbl>
    <w:p w14:paraId="6E8031B3" w14:textId="2BDE4C25" w:rsidR="00CC2853" w:rsidRPr="00B14703" w:rsidRDefault="00371132">
      <w:pPr>
        <w:spacing w:after="0"/>
        <w:rPr>
          <w:sz w:val="28"/>
          <w:szCs w:val="28"/>
          <w:u w:val="single"/>
        </w:rPr>
      </w:pPr>
      <w:r w:rsidRPr="00371132">
        <w:rPr>
          <w:b/>
          <w:sz w:val="24"/>
          <w:szCs w:val="24"/>
        </w:rPr>
        <w:br/>
      </w:r>
      <w:r w:rsidRPr="00B14703">
        <w:rPr>
          <w:b/>
          <w:sz w:val="28"/>
          <w:szCs w:val="28"/>
        </w:rPr>
        <w:t xml:space="preserve">OPŁATA W ABONAMENCIE – </w:t>
      </w:r>
      <w:r w:rsidRPr="00B14703">
        <w:rPr>
          <w:b/>
          <w:sz w:val="28"/>
          <w:szCs w:val="28"/>
          <w:u w:val="single"/>
        </w:rPr>
        <w:t>BEZ 14.10.26</w:t>
      </w:r>
    </w:p>
    <w:p w14:paraId="46FF9F68" w14:textId="18525727" w:rsidR="00CC2853" w:rsidRPr="007D7443" w:rsidRDefault="00371132">
      <w:pPr>
        <w:spacing w:after="50"/>
      </w:pPr>
      <w:r>
        <w:rPr>
          <w:i/>
          <w:sz w:val="18"/>
        </w:rPr>
        <w:t>Październik</w:t>
      </w:r>
      <w:r w:rsidRPr="007D7443">
        <w:rPr>
          <w:i/>
          <w:sz w:val="18"/>
        </w:rPr>
        <w:t xml:space="preserve">: </w:t>
      </w:r>
      <w:r w:rsidR="0091699E">
        <w:rPr>
          <w:i/>
          <w:sz w:val="18"/>
        </w:rPr>
        <w:t>21</w:t>
      </w:r>
      <w:r w:rsidRPr="007D7443">
        <w:rPr>
          <w:i/>
          <w:sz w:val="18"/>
        </w:rPr>
        <w:t xml:space="preserve"> dni obiadowych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CC2853" w:rsidRPr="007D7443" w14:paraId="54749ACE" w14:textId="77777777">
        <w:trPr>
          <w:jc w:val="center"/>
        </w:trPr>
        <w:tc>
          <w:tcPr>
            <w:tcW w:w="3475" w:type="dxa"/>
            <w:shd w:val="clear" w:color="auto" w:fill="E7E7E7"/>
          </w:tcPr>
          <w:p w14:paraId="57932A87" w14:textId="77777777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b/>
                <w:sz w:val="24"/>
                <w:szCs w:val="24"/>
              </w:rPr>
              <w:t>Rodzaj posiłku</w:t>
            </w:r>
          </w:p>
        </w:tc>
        <w:tc>
          <w:tcPr>
            <w:tcW w:w="3475" w:type="dxa"/>
            <w:shd w:val="clear" w:color="auto" w:fill="E7E7E7"/>
          </w:tcPr>
          <w:p w14:paraId="43D35D67" w14:textId="77777777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b/>
                <w:sz w:val="24"/>
                <w:szCs w:val="24"/>
              </w:rPr>
              <w:t>Wyliczenie</w:t>
            </w:r>
          </w:p>
        </w:tc>
        <w:tc>
          <w:tcPr>
            <w:tcW w:w="3475" w:type="dxa"/>
            <w:shd w:val="clear" w:color="auto" w:fill="E7E7E7"/>
          </w:tcPr>
          <w:p w14:paraId="1EB30286" w14:textId="77777777" w:rsidR="00CC2853" w:rsidRPr="00371132" w:rsidRDefault="00000000">
            <w:pPr>
              <w:jc w:val="center"/>
              <w:rPr>
                <w:sz w:val="24"/>
                <w:szCs w:val="24"/>
              </w:rPr>
            </w:pPr>
            <w:r w:rsidRPr="00371132">
              <w:rPr>
                <w:b/>
                <w:sz w:val="24"/>
                <w:szCs w:val="24"/>
              </w:rPr>
              <w:t>Kwota</w:t>
            </w:r>
          </w:p>
        </w:tc>
      </w:tr>
      <w:tr w:rsidR="0091699E" w:rsidRPr="007D7443" w14:paraId="118571C2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863BFA8" w14:textId="4153B500" w:rsidR="0091699E" w:rsidRPr="0091699E" w:rsidRDefault="0091699E" w:rsidP="0091699E">
            <w:pPr>
              <w:rPr>
                <w:sz w:val="28"/>
                <w:szCs w:val="28"/>
              </w:rPr>
            </w:pPr>
            <w:r w:rsidRPr="0091699E">
              <w:rPr>
                <w:sz w:val="28"/>
                <w:szCs w:val="28"/>
              </w:rPr>
              <w:t>Dzieci SP I-III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5BC5C4F" w14:textId="7B1CE81E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sz w:val="32"/>
                <w:szCs w:val="32"/>
              </w:rPr>
              <w:t>21 x 18,00 zł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62E1917" w14:textId="204BD8B2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378,00 zł</w:t>
            </w:r>
          </w:p>
        </w:tc>
      </w:tr>
      <w:tr w:rsidR="0091699E" w:rsidRPr="007D7443" w14:paraId="406DB311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769D041" w14:textId="579855B7" w:rsidR="0091699E" w:rsidRPr="0091699E" w:rsidRDefault="0091699E" w:rsidP="0091699E">
            <w:pPr>
              <w:rPr>
                <w:sz w:val="28"/>
                <w:szCs w:val="28"/>
              </w:rPr>
            </w:pPr>
            <w:r w:rsidRPr="0091699E">
              <w:rPr>
                <w:sz w:val="28"/>
                <w:szCs w:val="28"/>
              </w:rPr>
              <w:t>Dzieci SP IV-VIII i MOPS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16730F8" w14:textId="1F03BDBA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sz w:val="32"/>
                <w:szCs w:val="32"/>
              </w:rPr>
              <w:t>21 x 20,00 zł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ECE6E64" w14:textId="1EF3C013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420,00 zł</w:t>
            </w:r>
          </w:p>
        </w:tc>
      </w:tr>
      <w:tr w:rsidR="0091699E" w:rsidRPr="007D7443" w14:paraId="5D837630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B7B6A9E" w14:textId="081C67F5" w:rsidR="0091699E" w:rsidRPr="0091699E" w:rsidRDefault="0091699E" w:rsidP="0091699E">
            <w:pPr>
              <w:rPr>
                <w:sz w:val="28"/>
                <w:szCs w:val="28"/>
              </w:rPr>
            </w:pP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8B60843" w14:textId="44CCC751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A67DC83" w14:textId="7F0759CB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</w:p>
        </w:tc>
      </w:tr>
      <w:tr w:rsidR="0091699E" w:rsidRPr="007D7443" w14:paraId="65BEBD45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759FF29" w14:textId="7DFF48AD" w:rsidR="0091699E" w:rsidRPr="0091699E" w:rsidRDefault="0091699E" w:rsidP="0091699E">
            <w:pPr>
              <w:rPr>
                <w:sz w:val="28"/>
                <w:szCs w:val="28"/>
              </w:rPr>
            </w:pPr>
            <w:r w:rsidRPr="0091699E">
              <w:rPr>
                <w:sz w:val="28"/>
                <w:szCs w:val="28"/>
              </w:rPr>
              <w:t>Duży obiad I-III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29E74B3" w14:textId="5CDE86B5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sz w:val="32"/>
                <w:szCs w:val="32"/>
              </w:rPr>
              <w:t>21 x 20,00 zł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3EFE8B2" w14:textId="1718CED0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420,00 zł</w:t>
            </w:r>
          </w:p>
        </w:tc>
      </w:tr>
      <w:tr w:rsidR="0091699E" w:rsidRPr="007D7443" w14:paraId="2A4F4E26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16FDA47" w14:textId="2468529F" w:rsidR="0091699E" w:rsidRPr="0091699E" w:rsidRDefault="0091699E" w:rsidP="0091699E">
            <w:pPr>
              <w:rPr>
                <w:sz w:val="28"/>
                <w:szCs w:val="28"/>
              </w:rPr>
            </w:pPr>
            <w:r w:rsidRPr="0091699E">
              <w:rPr>
                <w:sz w:val="28"/>
                <w:szCs w:val="28"/>
              </w:rPr>
              <w:t>Zupy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B15CA4F" w14:textId="2FB15679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sz w:val="32"/>
                <w:szCs w:val="32"/>
              </w:rPr>
              <w:t>21 x 10,00 zł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DFEFD7C" w14:textId="183AEF58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210,00 zł</w:t>
            </w:r>
          </w:p>
        </w:tc>
      </w:tr>
      <w:tr w:rsidR="0091699E" w:rsidRPr="007D7443" w14:paraId="6FAA060D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3F75C1F3" w14:textId="25C79B63" w:rsidR="0091699E" w:rsidRPr="0091699E" w:rsidRDefault="0091699E" w:rsidP="0091699E">
            <w:pPr>
              <w:rPr>
                <w:sz w:val="28"/>
                <w:szCs w:val="28"/>
              </w:rPr>
            </w:pPr>
            <w:r w:rsidRPr="0091699E">
              <w:rPr>
                <w:sz w:val="28"/>
                <w:szCs w:val="28"/>
              </w:rPr>
              <w:t xml:space="preserve">II dania 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39E5F52" w14:textId="3BF75B09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sz w:val="32"/>
                <w:szCs w:val="32"/>
              </w:rPr>
              <w:t>21 x 19,00 zł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0DBB90AD" w14:textId="21C10E66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399,00 zł</w:t>
            </w:r>
          </w:p>
        </w:tc>
      </w:tr>
      <w:tr w:rsidR="0091699E" w:rsidRPr="007D7443" w14:paraId="27D6E078" w14:textId="77777777">
        <w:trPr>
          <w:jc w:val="center"/>
        </w:trPr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8B70C51" w14:textId="19DC4C32" w:rsidR="0091699E" w:rsidRPr="0091699E" w:rsidRDefault="0091699E" w:rsidP="0091699E">
            <w:pPr>
              <w:rPr>
                <w:sz w:val="28"/>
                <w:szCs w:val="28"/>
              </w:rPr>
            </w:pPr>
            <w:r w:rsidRPr="0091699E">
              <w:rPr>
                <w:sz w:val="28"/>
                <w:szCs w:val="28"/>
              </w:rPr>
              <w:t>Dorośli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1607955" w14:textId="190844E8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sz w:val="32"/>
                <w:szCs w:val="32"/>
              </w:rPr>
              <w:t>21 x 26,00 zł</w:t>
            </w:r>
          </w:p>
        </w:tc>
        <w:tc>
          <w:tcPr>
            <w:tcW w:w="3475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D1BA005" w14:textId="0461C78D" w:rsidR="0091699E" w:rsidRPr="0091699E" w:rsidRDefault="0091699E" w:rsidP="0091699E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546,00 zł</w:t>
            </w:r>
          </w:p>
        </w:tc>
      </w:tr>
    </w:tbl>
    <w:p w14:paraId="4474249A" w14:textId="77777777" w:rsidR="00371132" w:rsidRDefault="00371132">
      <w:pPr>
        <w:spacing w:after="30"/>
        <w:rPr>
          <w:b/>
          <w:sz w:val="24"/>
        </w:rPr>
      </w:pPr>
    </w:p>
    <w:p w14:paraId="6CD5C1A3" w14:textId="77777777" w:rsidR="0091699E" w:rsidRDefault="0091699E" w:rsidP="0091699E">
      <w:pPr>
        <w:spacing w:after="30"/>
      </w:pPr>
      <w:r>
        <w:rPr>
          <w:b/>
          <w:sz w:val="24"/>
        </w:rPr>
        <w:t>OPŁATY ZA OBIADY POJEDYNCZE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06"/>
        <w:gridCol w:w="5506"/>
      </w:tblGrid>
      <w:tr w:rsidR="0091699E" w14:paraId="3A79AECE" w14:textId="77777777" w:rsidTr="00177541">
        <w:trPr>
          <w:trHeight w:val="289"/>
        </w:trPr>
        <w:tc>
          <w:tcPr>
            <w:tcW w:w="5506" w:type="dxa"/>
          </w:tcPr>
          <w:p w14:paraId="5F726B8C" w14:textId="77777777" w:rsidR="0091699E" w:rsidRPr="006E07FC" w:rsidRDefault="0091699E" w:rsidP="00177541">
            <w:pPr>
              <w:jc w:val="center"/>
              <w:rPr>
                <w:sz w:val="28"/>
                <w:szCs w:val="28"/>
              </w:rPr>
            </w:pPr>
            <w:r w:rsidRPr="006E07FC">
              <w:rPr>
                <w:sz w:val="28"/>
                <w:szCs w:val="28"/>
              </w:rPr>
              <w:t>Obiad dla dziecka</w:t>
            </w:r>
          </w:p>
        </w:tc>
        <w:tc>
          <w:tcPr>
            <w:tcW w:w="5506" w:type="dxa"/>
          </w:tcPr>
          <w:p w14:paraId="4394B1E6" w14:textId="77777777" w:rsidR="0091699E" w:rsidRPr="0091699E" w:rsidRDefault="0091699E" w:rsidP="00177541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23,00 zł</w:t>
            </w:r>
          </w:p>
        </w:tc>
      </w:tr>
      <w:tr w:rsidR="0091699E" w14:paraId="19D3D7FB" w14:textId="77777777" w:rsidTr="00177541">
        <w:trPr>
          <w:trHeight w:val="289"/>
        </w:trPr>
        <w:tc>
          <w:tcPr>
            <w:tcW w:w="5506" w:type="dxa"/>
          </w:tcPr>
          <w:p w14:paraId="6933DE0A" w14:textId="77777777" w:rsidR="0091699E" w:rsidRPr="006E07FC" w:rsidRDefault="0091699E" w:rsidP="00177541">
            <w:pPr>
              <w:jc w:val="center"/>
              <w:rPr>
                <w:sz w:val="28"/>
                <w:szCs w:val="28"/>
              </w:rPr>
            </w:pPr>
            <w:r w:rsidRPr="006E07FC">
              <w:rPr>
                <w:sz w:val="28"/>
                <w:szCs w:val="28"/>
              </w:rPr>
              <w:t>Zupa 500ml</w:t>
            </w:r>
          </w:p>
        </w:tc>
        <w:tc>
          <w:tcPr>
            <w:tcW w:w="5506" w:type="dxa"/>
          </w:tcPr>
          <w:p w14:paraId="05DA113C" w14:textId="77777777" w:rsidR="0091699E" w:rsidRPr="0091699E" w:rsidRDefault="0091699E" w:rsidP="00177541">
            <w:pPr>
              <w:jc w:val="center"/>
              <w:rPr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12,00 zł</w:t>
            </w:r>
          </w:p>
        </w:tc>
      </w:tr>
      <w:tr w:rsidR="0091699E" w14:paraId="439EF203" w14:textId="77777777" w:rsidTr="00177541">
        <w:trPr>
          <w:trHeight w:val="289"/>
        </w:trPr>
        <w:tc>
          <w:tcPr>
            <w:tcW w:w="5506" w:type="dxa"/>
          </w:tcPr>
          <w:p w14:paraId="6F117FF6" w14:textId="77777777" w:rsidR="0091699E" w:rsidRPr="006E07FC" w:rsidRDefault="0091699E" w:rsidP="00177541">
            <w:pPr>
              <w:jc w:val="center"/>
              <w:rPr>
                <w:sz w:val="28"/>
                <w:szCs w:val="28"/>
              </w:rPr>
            </w:pPr>
            <w:r w:rsidRPr="006E07FC">
              <w:rPr>
                <w:sz w:val="28"/>
                <w:szCs w:val="28"/>
              </w:rPr>
              <w:t>Drugie danie dzieci</w:t>
            </w:r>
          </w:p>
        </w:tc>
        <w:tc>
          <w:tcPr>
            <w:tcW w:w="5506" w:type="dxa"/>
          </w:tcPr>
          <w:p w14:paraId="0D670106" w14:textId="77777777" w:rsidR="0091699E" w:rsidRPr="0091699E" w:rsidRDefault="0091699E" w:rsidP="00177541">
            <w:pPr>
              <w:jc w:val="center"/>
              <w:rPr>
                <w:b/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20,00 zł</w:t>
            </w:r>
          </w:p>
        </w:tc>
      </w:tr>
      <w:tr w:rsidR="0091699E" w:rsidRPr="006F54A9" w14:paraId="38F7E050" w14:textId="77777777" w:rsidTr="00177541">
        <w:trPr>
          <w:trHeight w:val="289"/>
        </w:trPr>
        <w:tc>
          <w:tcPr>
            <w:tcW w:w="5506" w:type="dxa"/>
          </w:tcPr>
          <w:p w14:paraId="43B724B9" w14:textId="22EC0BAC" w:rsidR="0091699E" w:rsidRPr="006E07FC" w:rsidRDefault="0091699E" w:rsidP="00177541">
            <w:pPr>
              <w:jc w:val="center"/>
              <w:rPr>
                <w:sz w:val="24"/>
                <w:szCs w:val="24"/>
              </w:rPr>
            </w:pPr>
            <w:r w:rsidRPr="006E07FC">
              <w:rPr>
                <w:sz w:val="24"/>
                <w:szCs w:val="24"/>
              </w:rPr>
              <w:t xml:space="preserve">Obiad dla osoby dorosłej i na wynos </w:t>
            </w:r>
            <w:r w:rsidR="006E07FC" w:rsidRPr="006E07FC">
              <w:rPr>
                <w:sz w:val="24"/>
                <w:szCs w:val="24"/>
              </w:rPr>
              <w:br/>
            </w:r>
            <w:r w:rsidRPr="006E07FC">
              <w:rPr>
                <w:sz w:val="24"/>
                <w:szCs w:val="24"/>
              </w:rPr>
              <w:t>(bez pojemnika)</w:t>
            </w:r>
          </w:p>
        </w:tc>
        <w:tc>
          <w:tcPr>
            <w:tcW w:w="5506" w:type="dxa"/>
          </w:tcPr>
          <w:p w14:paraId="6408998F" w14:textId="169D389D" w:rsidR="0091699E" w:rsidRPr="0091699E" w:rsidRDefault="0091699E" w:rsidP="006E07FC">
            <w:pPr>
              <w:jc w:val="center"/>
              <w:rPr>
                <w:b/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30,00 zł</w:t>
            </w:r>
          </w:p>
        </w:tc>
      </w:tr>
      <w:tr w:rsidR="0091699E" w14:paraId="25031514" w14:textId="77777777" w:rsidTr="00177541">
        <w:trPr>
          <w:trHeight w:val="289"/>
        </w:trPr>
        <w:tc>
          <w:tcPr>
            <w:tcW w:w="5506" w:type="dxa"/>
          </w:tcPr>
          <w:p w14:paraId="18651CFB" w14:textId="77777777" w:rsidR="0091699E" w:rsidRPr="006E07FC" w:rsidRDefault="0091699E" w:rsidP="00177541">
            <w:pPr>
              <w:jc w:val="center"/>
              <w:rPr>
                <w:sz w:val="28"/>
                <w:szCs w:val="28"/>
              </w:rPr>
            </w:pPr>
            <w:r w:rsidRPr="006E07FC">
              <w:rPr>
                <w:sz w:val="28"/>
                <w:szCs w:val="28"/>
              </w:rPr>
              <w:t>Drugie danie dorosły</w:t>
            </w:r>
          </w:p>
        </w:tc>
        <w:tc>
          <w:tcPr>
            <w:tcW w:w="5506" w:type="dxa"/>
          </w:tcPr>
          <w:p w14:paraId="7A157A55" w14:textId="77777777" w:rsidR="0091699E" w:rsidRPr="0091699E" w:rsidRDefault="0091699E" w:rsidP="00177541">
            <w:pPr>
              <w:jc w:val="center"/>
              <w:rPr>
                <w:b/>
                <w:sz w:val="32"/>
                <w:szCs w:val="32"/>
              </w:rPr>
            </w:pPr>
            <w:r w:rsidRPr="0091699E">
              <w:rPr>
                <w:b/>
                <w:sz w:val="32"/>
                <w:szCs w:val="32"/>
              </w:rPr>
              <w:t>25,00 zł</w:t>
            </w:r>
          </w:p>
        </w:tc>
      </w:tr>
    </w:tbl>
    <w:p w14:paraId="024C6009" w14:textId="77777777" w:rsidR="0091699E" w:rsidRDefault="0091699E" w:rsidP="0091699E">
      <w:pPr>
        <w:spacing w:after="0"/>
      </w:pPr>
    </w:p>
    <w:p w14:paraId="67875FEA" w14:textId="77777777" w:rsidR="00CC2853" w:rsidRPr="007D7443" w:rsidRDefault="00CC2853">
      <w:pPr>
        <w:spacing w:after="0"/>
      </w:pPr>
    </w:p>
    <w:p w14:paraId="4F778E24" w14:textId="77777777" w:rsidR="00CC2853" w:rsidRPr="007D7443" w:rsidRDefault="00000000">
      <w:pPr>
        <w:spacing w:after="90"/>
        <w:jc w:val="both"/>
      </w:pPr>
      <w:r w:rsidRPr="007D7443">
        <w:rPr>
          <w:b/>
          <w:sz w:val="20"/>
        </w:rPr>
        <w:t>Rodzice dzieci korzystających z obiadów finansowanych przez MOPS są zobowiązani do dostarczenia decyzji lub zaświadczenia od pracownika MOPS do dnia 04.09.2026 r. do godz. 10:00.</w:t>
      </w:r>
    </w:p>
    <w:p w14:paraId="41264821" w14:textId="3D00DCCA" w:rsidR="00CC2853" w:rsidRDefault="007D7443" w:rsidP="007D7443">
      <w:pPr>
        <w:spacing w:after="0"/>
      </w:pPr>
      <w:r w:rsidRPr="007D7443">
        <w:rPr>
          <w:b/>
          <w:sz w:val="22"/>
        </w:rPr>
        <w:br/>
        <w:t xml:space="preserve">ODBIÓR OBIADÓW NA WYNOS </w:t>
      </w:r>
      <w:r w:rsidRPr="007D7443">
        <w:rPr>
          <w:sz w:val="19"/>
        </w:rPr>
        <w:t xml:space="preserve">od strony </w:t>
      </w:r>
      <w:r w:rsidR="0091699E">
        <w:rPr>
          <w:sz w:val="19"/>
        </w:rPr>
        <w:t>parkingu boczne wejście</w:t>
      </w:r>
      <w:r w:rsidRPr="007D7443">
        <w:rPr>
          <w:sz w:val="19"/>
        </w:rPr>
        <w:t xml:space="preserve"> do kuchni</w:t>
      </w:r>
      <w:r w:rsidR="0091699E">
        <w:rPr>
          <w:sz w:val="19"/>
        </w:rPr>
        <w:t xml:space="preserve"> po schodach</w:t>
      </w:r>
      <w:r w:rsidRPr="007D7443">
        <w:rPr>
          <w:sz w:val="19"/>
        </w:rPr>
        <w:t xml:space="preserve">, </w:t>
      </w:r>
      <w:r w:rsidR="00371132">
        <w:rPr>
          <w:sz w:val="19"/>
        </w:rPr>
        <w:t>TYLKO z własnymi pojemnikami</w:t>
      </w:r>
      <w:r w:rsidR="0091699E">
        <w:rPr>
          <w:sz w:val="19"/>
        </w:rPr>
        <w:t>.</w:t>
      </w:r>
    </w:p>
    <w:sectPr w:rsidR="00CC2853" w:rsidSect="00B206D0">
      <w:pgSz w:w="12240" w:h="15840"/>
      <w:pgMar w:top="142" w:right="474" w:bottom="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0376455">
    <w:abstractNumId w:val="8"/>
  </w:num>
  <w:num w:numId="2" w16cid:durableId="1239360115">
    <w:abstractNumId w:val="6"/>
  </w:num>
  <w:num w:numId="3" w16cid:durableId="2039962453">
    <w:abstractNumId w:val="5"/>
  </w:num>
  <w:num w:numId="4" w16cid:durableId="508174944">
    <w:abstractNumId w:val="4"/>
  </w:num>
  <w:num w:numId="5" w16cid:durableId="316811856">
    <w:abstractNumId w:val="7"/>
  </w:num>
  <w:num w:numId="6" w16cid:durableId="937100979">
    <w:abstractNumId w:val="3"/>
  </w:num>
  <w:num w:numId="7" w16cid:durableId="83764810">
    <w:abstractNumId w:val="2"/>
  </w:num>
  <w:num w:numId="8" w16cid:durableId="756101904">
    <w:abstractNumId w:val="1"/>
  </w:num>
  <w:num w:numId="9" w16cid:durableId="39184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931"/>
    <w:rsid w:val="0006063C"/>
    <w:rsid w:val="0015074B"/>
    <w:rsid w:val="0029639D"/>
    <w:rsid w:val="00326F90"/>
    <w:rsid w:val="00371132"/>
    <w:rsid w:val="00596DCE"/>
    <w:rsid w:val="00656DF9"/>
    <w:rsid w:val="006E07FC"/>
    <w:rsid w:val="00752B1C"/>
    <w:rsid w:val="007D7443"/>
    <w:rsid w:val="00813721"/>
    <w:rsid w:val="0091699E"/>
    <w:rsid w:val="00AA1D8D"/>
    <w:rsid w:val="00B14703"/>
    <w:rsid w:val="00B206D0"/>
    <w:rsid w:val="00B47730"/>
    <w:rsid w:val="00B86FBF"/>
    <w:rsid w:val="00C42A47"/>
    <w:rsid w:val="00CB0664"/>
    <w:rsid w:val="00CC2853"/>
    <w:rsid w:val="00D76D6D"/>
    <w:rsid w:val="00DF2575"/>
    <w:rsid w:val="00F100AD"/>
    <w:rsid w:val="00F443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6F54C0"/>
  <w14:defaultImageDpi w14:val="300"/>
  <w15:docId w15:val="{050B8A61-4444-4338-BF4C-8D52A496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7113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1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Dorota Bobek</cp:lastModifiedBy>
  <cp:revision>9</cp:revision>
  <cp:lastPrinted>2026-09-22T10:23:00Z</cp:lastPrinted>
  <dcterms:created xsi:type="dcterms:W3CDTF">2026-08-24T06:10:00Z</dcterms:created>
  <dcterms:modified xsi:type="dcterms:W3CDTF">2026-09-22T11:25:00Z</dcterms:modified>
  <cp:category/>
</cp:coreProperties>
</file>